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E9828" w14:textId="0CC03E30" w:rsidR="00500D7E" w:rsidRDefault="00500D7E" w:rsidP="00500D7E">
      <w:pPr>
        <w:shd w:val="clear" w:color="auto" w:fill="FAF9F9"/>
        <w:spacing w:after="0" w:line="240" w:lineRule="auto"/>
        <w:ind w:firstLine="720"/>
        <w:jc w:val="both"/>
        <w:rPr>
          <w:rFonts w:ascii="Arial" w:hAnsi="Arial"/>
          <w:b/>
        </w:rPr>
      </w:pPr>
      <w:r>
        <w:rPr>
          <w:rFonts w:ascii="Arial" w:hAnsi="Arial"/>
          <w:noProof/>
        </w:rPr>
        <w:drawing>
          <wp:anchor distT="0" distB="0" distL="114300" distR="114300" simplePos="0" relativeHeight="251658240" behindDoc="0" locked="0" layoutInCell="1" allowOverlap="1" wp14:anchorId="0478960A" wp14:editId="207C3C3B">
            <wp:simplePos x="0" y="0"/>
            <wp:positionH relativeFrom="column">
              <wp:posOffset>2143125</wp:posOffset>
            </wp:positionH>
            <wp:positionV relativeFrom="paragraph">
              <wp:posOffset>0</wp:posOffset>
            </wp:positionV>
            <wp:extent cx="752475" cy="802005"/>
            <wp:effectExtent l="0" t="0" r="9525" b="0"/>
            <wp:wrapNone/>
            <wp:docPr id="2090602247"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2475" cy="802005"/>
                    </a:xfrm>
                    <a:prstGeom prst="rect">
                      <a:avLst/>
                    </a:prstGeom>
                    <a:noFill/>
                  </pic:spPr>
                </pic:pic>
              </a:graphicData>
            </a:graphic>
            <wp14:sizeRelH relativeFrom="page">
              <wp14:pctWidth>0</wp14:pctWidth>
            </wp14:sizeRelH>
            <wp14:sizeRelV relativeFrom="page">
              <wp14:pctHeight>0</wp14:pctHeight>
            </wp14:sizeRelV>
          </wp:anchor>
        </w:drawing>
      </w:r>
      <w:r>
        <w:rPr>
          <w:bCs/>
        </w:rPr>
        <w:t xml:space="preserve">                                                                              </w:t>
      </w:r>
      <w:r>
        <w:rPr>
          <w:bCs/>
          <w:noProof/>
        </w:rPr>
        <w:drawing>
          <wp:inline distT="0" distB="0" distL="0" distR="0" wp14:anchorId="2120AF8A" wp14:editId="7D6482BB">
            <wp:extent cx="504825" cy="685800"/>
            <wp:effectExtent l="0" t="0" r="9525" b="0"/>
            <wp:docPr id="34769601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825" cy="685800"/>
                    </a:xfrm>
                    <a:prstGeom prst="rect">
                      <a:avLst/>
                    </a:prstGeom>
                    <a:solidFill>
                      <a:srgbClr val="FFFFFF"/>
                    </a:solidFill>
                    <a:ln>
                      <a:noFill/>
                    </a:ln>
                  </pic:spPr>
                </pic:pic>
              </a:graphicData>
            </a:graphic>
          </wp:inline>
        </w:drawing>
      </w:r>
      <w:r>
        <w:rPr>
          <w:bCs/>
        </w:rPr>
        <w:t xml:space="preserve"> </w:t>
      </w:r>
      <w:r>
        <w:rPr>
          <w:bCs/>
          <w:noProof/>
        </w:rPr>
        <w:drawing>
          <wp:inline distT="0" distB="0" distL="0" distR="0" wp14:anchorId="7DFAF38E" wp14:editId="3AE5F3A4">
            <wp:extent cx="2476500" cy="695325"/>
            <wp:effectExtent l="0" t="0" r="0" b="9525"/>
            <wp:docPr id="77554675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solidFill>
                      <a:srgbClr val="FFFFFF"/>
                    </a:solidFill>
                    <a:ln>
                      <a:noFill/>
                    </a:ln>
                  </pic:spPr>
                </pic:pic>
              </a:graphicData>
            </a:graphic>
          </wp:inline>
        </w:drawing>
      </w:r>
    </w:p>
    <w:p w14:paraId="6A7AED37" w14:textId="77777777" w:rsidR="00500D7E" w:rsidRDefault="00500D7E" w:rsidP="00500D7E">
      <w:pPr>
        <w:shd w:val="clear" w:color="auto" w:fill="FAF9F9"/>
        <w:spacing w:after="0" w:line="240" w:lineRule="auto"/>
        <w:jc w:val="right"/>
        <w:rPr>
          <w:b/>
        </w:rPr>
      </w:pPr>
    </w:p>
    <w:p w14:paraId="02101C7F" w14:textId="73775332" w:rsidR="00CE29B3" w:rsidRDefault="00CE29B3" w:rsidP="00CE29B3">
      <w:pPr>
        <w:shd w:val="clear" w:color="auto" w:fill="FAF9F9"/>
        <w:spacing w:after="0" w:line="240" w:lineRule="auto"/>
        <w:rPr>
          <w:b/>
        </w:rPr>
      </w:pPr>
      <w:proofErr w:type="spellStart"/>
      <w:r>
        <w:rPr>
          <w:b/>
        </w:rPr>
        <w:t>Către</w:t>
      </w:r>
      <w:proofErr w:type="spellEnd"/>
      <w:r>
        <w:rPr>
          <w:b/>
        </w:rPr>
        <w:t>:</w:t>
      </w:r>
      <w:r>
        <w:rPr>
          <w:b/>
        </w:rPr>
        <w:br/>
        <w:t xml:space="preserve">                                                                  UAT MUNICIPIUL HUNEDOARA</w:t>
      </w:r>
    </w:p>
    <w:p w14:paraId="3F21F83F" w14:textId="77777777" w:rsidR="00CE29B3" w:rsidRPr="00F8330C" w:rsidRDefault="00CE29B3" w:rsidP="00E56D8C">
      <w:pPr>
        <w:shd w:val="clear" w:color="auto" w:fill="FAF9F9"/>
        <w:spacing w:after="0" w:line="240" w:lineRule="auto"/>
        <w:jc w:val="center"/>
        <w:rPr>
          <w:rFonts w:eastAsia="Times New Roman"/>
          <w:color w:val="1F1F1F"/>
        </w:rPr>
      </w:pPr>
      <w:proofErr w:type="spellStart"/>
      <w:r>
        <w:rPr>
          <w:rFonts w:eastAsia="Times New Roman"/>
          <w:b/>
          <w:bCs/>
          <w:color w:val="1F1F1F"/>
        </w:rPr>
        <w:t>Direcția</w:t>
      </w:r>
      <w:proofErr w:type="spellEnd"/>
      <w:r w:rsidRPr="00F8330C">
        <w:rPr>
          <w:rFonts w:eastAsia="Times New Roman"/>
          <w:b/>
          <w:bCs/>
          <w:color w:val="1F1F1F"/>
        </w:rPr>
        <w:t xml:space="preserve"> </w:t>
      </w:r>
      <w:proofErr w:type="spellStart"/>
      <w:r w:rsidRPr="00F8330C">
        <w:rPr>
          <w:rFonts w:eastAsia="Times New Roman"/>
          <w:b/>
          <w:bCs/>
          <w:color w:val="1F1F1F"/>
        </w:rPr>
        <w:t>Amenajarea</w:t>
      </w:r>
      <w:proofErr w:type="spellEnd"/>
      <w:r w:rsidRPr="00F8330C">
        <w:rPr>
          <w:rFonts w:eastAsia="Times New Roman"/>
          <w:b/>
          <w:bCs/>
          <w:color w:val="1F1F1F"/>
        </w:rPr>
        <w:t xml:space="preserve"> </w:t>
      </w:r>
      <w:proofErr w:type="spellStart"/>
      <w:r w:rsidRPr="00F8330C">
        <w:rPr>
          <w:rFonts w:eastAsia="Times New Roman"/>
          <w:b/>
          <w:bCs/>
          <w:color w:val="1F1F1F"/>
        </w:rPr>
        <w:t>Teritoriului</w:t>
      </w:r>
      <w:proofErr w:type="spellEnd"/>
      <w:r w:rsidRPr="00F8330C">
        <w:rPr>
          <w:rFonts w:eastAsia="Times New Roman"/>
          <w:b/>
          <w:bCs/>
          <w:color w:val="1F1F1F"/>
        </w:rPr>
        <w:t xml:space="preserve"> </w:t>
      </w:r>
      <w:proofErr w:type="spellStart"/>
      <w:r>
        <w:rPr>
          <w:rFonts w:eastAsia="Times New Roman"/>
          <w:b/>
          <w:bCs/>
          <w:color w:val="1F1F1F"/>
        </w:rPr>
        <w:t>ș</w:t>
      </w:r>
      <w:r w:rsidRPr="00F8330C">
        <w:rPr>
          <w:rFonts w:eastAsia="Times New Roman"/>
          <w:b/>
          <w:bCs/>
          <w:color w:val="1F1F1F"/>
        </w:rPr>
        <w:t>i</w:t>
      </w:r>
      <w:proofErr w:type="spellEnd"/>
      <w:r w:rsidRPr="00F8330C">
        <w:rPr>
          <w:rFonts w:eastAsia="Times New Roman"/>
          <w:b/>
          <w:bCs/>
          <w:color w:val="1F1F1F"/>
        </w:rPr>
        <w:t xml:space="preserve"> </w:t>
      </w:r>
      <w:r>
        <w:rPr>
          <w:rFonts w:eastAsia="Times New Roman"/>
          <w:b/>
          <w:bCs/>
          <w:color w:val="1F1F1F"/>
        </w:rPr>
        <w:t xml:space="preserve">Urbanism / </w:t>
      </w:r>
      <w:proofErr w:type="spellStart"/>
      <w:r>
        <w:rPr>
          <w:rFonts w:eastAsia="Times New Roman"/>
          <w:b/>
          <w:bCs/>
          <w:color w:val="1F1F1F"/>
        </w:rPr>
        <w:t>Serviciul</w:t>
      </w:r>
      <w:proofErr w:type="spellEnd"/>
      <w:r>
        <w:rPr>
          <w:rFonts w:eastAsia="Times New Roman"/>
          <w:b/>
          <w:bCs/>
          <w:color w:val="1F1F1F"/>
        </w:rPr>
        <w:t xml:space="preserve"> </w:t>
      </w:r>
      <w:proofErr w:type="spellStart"/>
      <w:r>
        <w:rPr>
          <w:rFonts w:eastAsia="Times New Roman"/>
          <w:b/>
          <w:bCs/>
          <w:color w:val="1F1F1F"/>
        </w:rPr>
        <w:t>Monitorizare</w:t>
      </w:r>
      <w:proofErr w:type="spellEnd"/>
      <w:r>
        <w:rPr>
          <w:rFonts w:eastAsia="Times New Roman"/>
          <w:b/>
          <w:bCs/>
          <w:color w:val="1F1F1F"/>
        </w:rPr>
        <w:t xml:space="preserve"> </w:t>
      </w:r>
      <w:proofErr w:type="spellStart"/>
      <w:r>
        <w:rPr>
          <w:rFonts w:eastAsia="Times New Roman"/>
          <w:b/>
          <w:bCs/>
          <w:color w:val="1F1F1F"/>
        </w:rPr>
        <w:t>Servicii</w:t>
      </w:r>
      <w:proofErr w:type="spellEnd"/>
      <w:r>
        <w:rPr>
          <w:rFonts w:eastAsia="Times New Roman"/>
          <w:b/>
          <w:bCs/>
          <w:color w:val="1F1F1F"/>
        </w:rPr>
        <w:t xml:space="preserve"> </w:t>
      </w:r>
      <w:proofErr w:type="spellStart"/>
      <w:r>
        <w:rPr>
          <w:rFonts w:eastAsia="Times New Roman"/>
          <w:b/>
          <w:bCs/>
          <w:color w:val="1F1F1F"/>
        </w:rPr>
        <w:t>Publice</w:t>
      </w:r>
      <w:proofErr w:type="spellEnd"/>
      <w:r>
        <w:rPr>
          <w:rFonts w:eastAsia="Times New Roman"/>
          <w:b/>
          <w:bCs/>
          <w:color w:val="1F1F1F"/>
        </w:rPr>
        <w:t xml:space="preserve">/ </w:t>
      </w:r>
      <w:proofErr w:type="spellStart"/>
      <w:r w:rsidRPr="00F8330C">
        <w:rPr>
          <w:rFonts w:eastAsia="Times New Roman"/>
          <w:b/>
          <w:bCs/>
          <w:color w:val="1F1F1F"/>
        </w:rPr>
        <w:t>Administrarea</w:t>
      </w:r>
      <w:proofErr w:type="spellEnd"/>
      <w:r w:rsidRPr="00F8330C">
        <w:rPr>
          <w:rFonts w:eastAsia="Times New Roman"/>
          <w:b/>
          <w:bCs/>
          <w:color w:val="1F1F1F"/>
        </w:rPr>
        <w:t xml:space="preserve"> </w:t>
      </w:r>
      <w:proofErr w:type="spellStart"/>
      <w:r w:rsidRPr="00F8330C">
        <w:rPr>
          <w:rFonts w:eastAsia="Times New Roman"/>
          <w:b/>
          <w:bCs/>
          <w:color w:val="1F1F1F"/>
        </w:rPr>
        <w:t>Drumurilor</w:t>
      </w:r>
      <w:proofErr w:type="spellEnd"/>
    </w:p>
    <w:p w14:paraId="5BA32D74" w14:textId="77777777" w:rsidR="005E6DA6" w:rsidRDefault="00000000">
      <w:pPr>
        <w:spacing w:before="480" w:after="80"/>
        <w:jc w:val="center"/>
      </w:pPr>
      <w:r>
        <w:rPr>
          <w:b/>
        </w:rPr>
        <w:t>C E R E R E</w:t>
      </w:r>
    </w:p>
    <w:p w14:paraId="1E13A77D" w14:textId="77777777" w:rsidR="005E6DA6" w:rsidRDefault="00000000">
      <w:pPr>
        <w:spacing w:after="360"/>
        <w:jc w:val="center"/>
      </w:pPr>
      <w:proofErr w:type="spellStart"/>
      <w:r>
        <w:rPr>
          <w:b/>
          <w:sz w:val="24"/>
        </w:rPr>
        <w:t>pentru</w:t>
      </w:r>
      <w:proofErr w:type="spellEnd"/>
      <w:r>
        <w:rPr>
          <w:b/>
          <w:sz w:val="24"/>
        </w:rPr>
        <w:t xml:space="preserve"> </w:t>
      </w:r>
      <w:proofErr w:type="spellStart"/>
      <w:r>
        <w:rPr>
          <w:b/>
          <w:sz w:val="24"/>
        </w:rPr>
        <w:t>eliberarea</w:t>
      </w:r>
      <w:proofErr w:type="spellEnd"/>
      <w:r>
        <w:rPr>
          <w:b/>
          <w:sz w:val="24"/>
        </w:rPr>
        <w:t xml:space="preserve"> </w:t>
      </w:r>
      <w:proofErr w:type="spellStart"/>
      <w:r>
        <w:rPr>
          <w:b/>
          <w:sz w:val="24"/>
        </w:rPr>
        <w:t>Avizului</w:t>
      </w:r>
      <w:proofErr w:type="spellEnd"/>
      <w:r>
        <w:rPr>
          <w:b/>
          <w:sz w:val="24"/>
        </w:rPr>
        <w:t xml:space="preserve"> / </w:t>
      </w:r>
      <w:proofErr w:type="spellStart"/>
      <w:r>
        <w:rPr>
          <w:b/>
          <w:sz w:val="24"/>
        </w:rPr>
        <w:t>Acordului</w:t>
      </w:r>
      <w:proofErr w:type="spellEnd"/>
      <w:r>
        <w:rPr>
          <w:b/>
          <w:sz w:val="24"/>
        </w:rPr>
        <w:t xml:space="preserve"> </w:t>
      </w:r>
      <w:proofErr w:type="spellStart"/>
      <w:r>
        <w:rPr>
          <w:b/>
          <w:sz w:val="24"/>
        </w:rPr>
        <w:t>Administratorului</w:t>
      </w:r>
      <w:proofErr w:type="spellEnd"/>
      <w:r>
        <w:rPr>
          <w:b/>
          <w:sz w:val="24"/>
        </w:rPr>
        <w:t xml:space="preserve"> </w:t>
      </w:r>
      <w:proofErr w:type="spellStart"/>
      <w:r>
        <w:rPr>
          <w:b/>
          <w:sz w:val="24"/>
        </w:rPr>
        <w:t>Drumului</w:t>
      </w:r>
      <w:proofErr w:type="spellEnd"/>
      <w:r>
        <w:rPr>
          <w:b/>
          <w:sz w:val="24"/>
        </w:rPr>
        <w:t xml:space="preserve"> Public </w:t>
      </w:r>
      <w:proofErr w:type="spellStart"/>
      <w:r>
        <w:rPr>
          <w:b/>
          <w:sz w:val="24"/>
        </w:rPr>
        <w:t>sau</w:t>
      </w:r>
      <w:proofErr w:type="spellEnd"/>
      <w:r>
        <w:rPr>
          <w:b/>
          <w:sz w:val="24"/>
        </w:rPr>
        <w:t xml:space="preserve"> Privat</w:t>
      </w:r>
      <w:r>
        <w:rPr>
          <w:b/>
          <w:sz w:val="24"/>
        </w:rPr>
        <w:br/>
        <w:t>(</w:t>
      </w:r>
      <w:proofErr w:type="spellStart"/>
      <w:r>
        <w:rPr>
          <w:b/>
          <w:sz w:val="24"/>
        </w:rPr>
        <w:t>privind</w:t>
      </w:r>
      <w:proofErr w:type="spellEnd"/>
      <w:r>
        <w:rPr>
          <w:b/>
          <w:sz w:val="24"/>
        </w:rPr>
        <w:t xml:space="preserve"> </w:t>
      </w:r>
      <w:proofErr w:type="spellStart"/>
      <w:r>
        <w:rPr>
          <w:b/>
          <w:sz w:val="24"/>
        </w:rPr>
        <w:t>accesul</w:t>
      </w:r>
      <w:proofErr w:type="spellEnd"/>
      <w:r>
        <w:rPr>
          <w:b/>
          <w:sz w:val="24"/>
        </w:rPr>
        <w:t xml:space="preserve"> la </w:t>
      </w:r>
      <w:proofErr w:type="spellStart"/>
      <w:r>
        <w:rPr>
          <w:b/>
          <w:sz w:val="24"/>
        </w:rPr>
        <w:t>parcelă</w:t>
      </w:r>
      <w:proofErr w:type="spellEnd"/>
      <w:r>
        <w:rPr>
          <w:b/>
          <w:sz w:val="24"/>
        </w:rPr>
        <w:t xml:space="preserve"> / </w:t>
      </w:r>
      <w:proofErr w:type="spellStart"/>
      <w:r>
        <w:rPr>
          <w:b/>
          <w:sz w:val="24"/>
        </w:rPr>
        <w:t>parcele</w:t>
      </w:r>
      <w:proofErr w:type="spellEnd"/>
      <w:r>
        <w:rPr>
          <w:b/>
          <w:sz w:val="24"/>
        </w:rPr>
        <w:t xml:space="preserve"> </w:t>
      </w:r>
      <w:proofErr w:type="spellStart"/>
      <w:r>
        <w:rPr>
          <w:b/>
          <w:sz w:val="24"/>
        </w:rPr>
        <w:t>noi</w:t>
      </w:r>
      <w:proofErr w:type="spellEnd"/>
      <w:r>
        <w:rPr>
          <w:b/>
          <w:sz w:val="24"/>
        </w:rPr>
        <w:t xml:space="preserve"> </w:t>
      </w:r>
      <w:proofErr w:type="spellStart"/>
      <w:r>
        <w:rPr>
          <w:b/>
          <w:sz w:val="24"/>
        </w:rPr>
        <w:t>și</w:t>
      </w:r>
      <w:proofErr w:type="spellEnd"/>
      <w:r>
        <w:rPr>
          <w:b/>
          <w:sz w:val="24"/>
        </w:rPr>
        <w:t xml:space="preserve"> </w:t>
      </w:r>
      <w:proofErr w:type="spellStart"/>
      <w:r>
        <w:rPr>
          <w:b/>
          <w:sz w:val="24"/>
        </w:rPr>
        <w:t>racordarea</w:t>
      </w:r>
      <w:proofErr w:type="spellEnd"/>
      <w:r>
        <w:rPr>
          <w:b/>
          <w:sz w:val="24"/>
        </w:rPr>
        <w:t xml:space="preserve"> / </w:t>
      </w:r>
      <w:proofErr w:type="spellStart"/>
      <w:r>
        <w:rPr>
          <w:b/>
          <w:sz w:val="24"/>
        </w:rPr>
        <w:t>extinderea</w:t>
      </w:r>
      <w:proofErr w:type="spellEnd"/>
      <w:r>
        <w:rPr>
          <w:b/>
          <w:sz w:val="24"/>
        </w:rPr>
        <w:t xml:space="preserve"> </w:t>
      </w:r>
      <w:proofErr w:type="spellStart"/>
      <w:r>
        <w:rPr>
          <w:b/>
          <w:sz w:val="24"/>
        </w:rPr>
        <w:t>rețelelor</w:t>
      </w:r>
      <w:proofErr w:type="spellEnd"/>
      <w:r>
        <w:rPr>
          <w:b/>
          <w:sz w:val="24"/>
        </w:rPr>
        <w:t xml:space="preserve"> </w:t>
      </w:r>
      <w:proofErr w:type="spellStart"/>
      <w:r>
        <w:rPr>
          <w:b/>
          <w:sz w:val="24"/>
        </w:rPr>
        <w:t>edilitare</w:t>
      </w:r>
      <w:proofErr w:type="spellEnd"/>
      <w:r>
        <w:rPr>
          <w:b/>
          <w:sz w:val="24"/>
        </w:rPr>
        <w:t>)</w:t>
      </w:r>
    </w:p>
    <w:p w14:paraId="730D32E9" w14:textId="77777777" w:rsidR="005E6DA6" w:rsidRDefault="00000000">
      <w:pPr>
        <w:spacing w:before="240" w:after="120"/>
      </w:pPr>
      <w:r>
        <w:t xml:space="preserve">1. </w:t>
      </w:r>
      <w:proofErr w:type="spellStart"/>
      <w:r>
        <w:t>Datele</w:t>
      </w:r>
      <w:proofErr w:type="spellEnd"/>
      <w:r>
        <w:t xml:space="preserve"> </w:t>
      </w:r>
      <w:proofErr w:type="spellStart"/>
      <w:r>
        <w:t>solicitantului</w:t>
      </w:r>
      <w:proofErr w:type="spellEnd"/>
      <w:r>
        <w:t>:</w:t>
      </w:r>
    </w:p>
    <w:p w14:paraId="5C66FFF1" w14:textId="71D8E2DC" w:rsidR="005E6DA6" w:rsidRDefault="00000000" w:rsidP="00CE29B3">
      <w:pPr>
        <w:spacing w:after="80"/>
        <w:jc w:val="both"/>
      </w:pPr>
      <w:r>
        <w:rPr>
          <w:b/>
        </w:rPr>
        <w:t>•</w:t>
      </w:r>
      <w:r w:rsidR="00CE29B3">
        <w:rPr>
          <w:b/>
        </w:rPr>
        <w:t xml:space="preserve"> </w:t>
      </w:r>
      <w:proofErr w:type="spellStart"/>
      <w:r>
        <w:rPr>
          <w:b/>
        </w:rPr>
        <w:t>Pentru</w:t>
      </w:r>
      <w:proofErr w:type="spellEnd"/>
      <w:r>
        <w:rPr>
          <w:b/>
        </w:rPr>
        <w:t xml:space="preserve"> </w:t>
      </w:r>
      <w:proofErr w:type="spellStart"/>
      <w:r>
        <w:rPr>
          <w:b/>
        </w:rPr>
        <w:t>Persoane</w:t>
      </w:r>
      <w:proofErr w:type="spellEnd"/>
      <w:r>
        <w:rPr>
          <w:b/>
        </w:rPr>
        <w:t xml:space="preserve"> </w:t>
      </w:r>
      <w:proofErr w:type="spellStart"/>
      <w:r>
        <w:rPr>
          <w:b/>
        </w:rPr>
        <w:t>Fizice</w:t>
      </w:r>
      <w:proofErr w:type="spellEnd"/>
      <w:r>
        <w:rPr>
          <w:b/>
        </w:rPr>
        <w:t xml:space="preserve">: </w:t>
      </w:r>
      <w:proofErr w:type="spellStart"/>
      <w:r>
        <w:t>Subsemnatul</w:t>
      </w:r>
      <w:proofErr w:type="spellEnd"/>
      <w:r>
        <w:t xml:space="preserve"> (</w:t>
      </w:r>
      <w:proofErr w:type="spellStart"/>
      <w:r>
        <w:t>nume</w:t>
      </w:r>
      <w:proofErr w:type="spellEnd"/>
      <w:r>
        <w:t>, prenume)</w:t>
      </w:r>
      <w:r w:rsidR="00CE29B3">
        <w:t xml:space="preserve"> ……………………………………………………………………</w:t>
      </w:r>
      <w:r>
        <w:t xml:space="preserve"> </w:t>
      </w:r>
      <w:r w:rsidR="00CE29B3">
        <w:t>…</w:t>
      </w:r>
      <w:r>
        <w:t xml:space="preserve">..........................................................................., </w:t>
      </w:r>
      <w:proofErr w:type="spellStart"/>
      <w:r>
        <w:t>posesor</w:t>
      </w:r>
      <w:proofErr w:type="spellEnd"/>
      <w:r>
        <w:t xml:space="preserve"> al C.I. seria </w:t>
      </w:r>
      <w:r w:rsidR="00CE29B3">
        <w:t>…</w:t>
      </w:r>
      <w:r>
        <w:t xml:space="preserve">........ nr. </w:t>
      </w:r>
      <w:r w:rsidR="00CE29B3">
        <w:t>…</w:t>
      </w:r>
      <w:r>
        <w:t xml:space="preserve">........................., CNP </w:t>
      </w:r>
      <w:r w:rsidR="00CE29B3">
        <w:t>…</w:t>
      </w:r>
      <w:r>
        <w:t xml:space="preserve">.................................................., cu </w:t>
      </w:r>
      <w:proofErr w:type="spellStart"/>
      <w:r>
        <w:t>domiciliul</w:t>
      </w:r>
      <w:proofErr w:type="spellEnd"/>
      <w:r>
        <w:t xml:space="preserve"> în localitatea </w:t>
      </w:r>
      <w:r w:rsidR="00CE29B3">
        <w:t>…</w:t>
      </w:r>
      <w:r>
        <w:t xml:space="preserve">..............................., str. </w:t>
      </w:r>
      <w:r w:rsidR="00CE29B3">
        <w:t>…</w:t>
      </w:r>
      <w:r>
        <w:t xml:space="preserve">......................................................, nr. </w:t>
      </w:r>
      <w:r w:rsidR="00CE29B3">
        <w:t>…</w:t>
      </w:r>
      <w:r>
        <w:t xml:space="preserve">...., bl. </w:t>
      </w:r>
      <w:r w:rsidR="00CE29B3">
        <w:t>…</w:t>
      </w:r>
      <w:r>
        <w:t xml:space="preserve">...., sc. </w:t>
      </w:r>
      <w:r w:rsidR="00CE29B3">
        <w:t>…</w:t>
      </w:r>
      <w:r>
        <w:t xml:space="preserve">...., ap. </w:t>
      </w:r>
      <w:r w:rsidR="00CE29B3">
        <w:t>…</w:t>
      </w:r>
      <w:r>
        <w:t xml:space="preserve">...., </w:t>
      </w:r>
      <w:proofErr w:type="spellStart"/>
      <w:r>
        <w:t>județul</w:t>
      </w:r>
      <w:proofErr w:type="spellEnd"/>
      <w:r>
        <w:t xml:space="preserve"> </w:t>
      </w:r>
      <w:r w:rsidR="00CE29B3">
        <w:t>…</w:t>
      </w:r>
      <w:r>
        <w:t xml:space="preserve">..................., </w:t>
      </w:r>
      <w:proofErr w:type="spellStart"/>
      <w:r>
        <w:t>telefon</w:t>
      </w:r>
      <w:proofErr w:type="spellEnd"/>
      <w:r>
        <w:t xml:space="preserve"> </w:t>
      </w:r>
      <w:r w:rsidR="00CE29B3">
        <w:t>…</w:t>
      </w:r>
      <w:r>
        <w:t xml:space="preserve">......................................., e-mail </w:t>
      </w:r>
      <w:r w:rsidR="00CE29B3">
        <w:t>…</w:t>
      </w:r>
      <w:r>
        <w:t>...........................................................</w:t>
      </w:r>
    </w:p>
    <w:p w14:paraId="76759E95" w14:textId="1CADEC7F" w:rsidR="005E6DA6" w:rsidRDefault="00000000" w:rsidP="00CE29B3">
      <w:pPr>
        <w:spacing w:after="240"/>
        <w:jc w:val="both"/>
      </w:pPr>
      <w:r>
        <w:rPr>
          <w:b/>
        </w:rPr>
        <w:t xml:space="preserve">• </w:t>
      </w:r>
      <w:proofErr w:type="spellStart"/>
      <w:r>
        <w:rPr>
          <w:b/>
        </w:rPr>
        <w:t>Pentru</w:t>
      </w:r>
      <w:proofErr w:type="spellEnd"/>
      <w:r>
        <w:rPr>
          <w:b/>
        </w:rPr>
        <w:t xml:space="preserve"> </w:t>
      </w:r>
      <w:proofErr w:type="spellStart"/>
      <w:r>
        <w:rPr>
          <w:b/>
        </w:rPr>
        <w:t>Persoane</w:t>
      </w:r>
      <w:proofErr w:type="spellEnd"/>
      <w:r>
        <w:rPr>
          <w:b/>
        </w:rPr>
        <w:t xml:space="preserve"> </w:t>
      </w:r>
      <w:proofErr w:type="spellStart"/>
      <w:r>
        <w:rPr>
          <w:b/>
        </w:rPr>
        <w:t>Juridice</w:t>
      </w:r>
      <w:proofErr w:type="spellEnd"/>
      <w:r>
        <w:rPr>
          <w:b/>
        </w:rPr>
        <w:t xml:space="preserve">: </w:t>
      </w:r>
      <w:proofErr w:type="spellStart"/>
      <w:r>
        <w:t>Subscrisa</w:t>
      </w:r>
      <w:proofErr w:type="spellEnd"/>
      <w:r>
        <w:t xml:space="preserve"> (</w:t>
      </w:r>
      <w:proofErr w:type="spellStart"/>
      <w:r>
        <w:t>denumirea</w:t>
      </w:r>
      <w:proofErr w:type="spellEnd"/>
      <w:r>
        <w:t xml:space="preserve"> societății/instituției)</w:t>
      </w:r>
      <w:r w:rsidR="00CE29B3">
        <w:t xml:space="preserve"> ………………………………………………….</w:t>
      </w:r>
      <w:r>
        <w:t xml:space="preserve"> .............................................................., Cod </w:t>
      </w:r>
      <w:proofErr w:type="spellStart"/>
      <w:r>
        <w:t>Unic</w:t>
      </w:r>
      <w:proofErr w:type="spellEnd"/>
      <w:r>
        <w:t xml:space="preserve"> de Înregistrare (C.U.I.) ......................................., cu </w:t>
      </w:r>
      <w:proofErr w:type="spellStart"/>
      <w:r>
        <w:t>sediul</w:t>
      </w:r>
      <w:proofErr w:type="spellEnd"/>
      <w:r>
        <w:t xml:space="preserve"> social în localitatea</w:t>
      </w:r>
      <w:r>
        <w:t xml:space="preserve"> .................................., str. ......................................................, nr. ......., bl. ......., sc. ......., ap. ......., </w:t>
      </w:r>
      <w:proofErr w:type="spellStart"/>
      <w:r>
        <w:t>județul</w:t>
      </w:r>
      <w:proofErr w:type="spellEnd"/>
      <w:r>
        <w:t xml:space="preserve"> ......................, </w:t>
      </w:r>
      <w:proofErr w:type="spellStart"/>
      <w:r>
        <w:t>telefon</w:t>
      </w:r>
      <w:proofErr w:type="spellEnd"/>
      <w:r>
        <w:t xml:space="preserve"> .........................................., e-mail ............................................................., </w:t>
      </w:r>
      <w:proofErr w:type="spellStart"/>
      <w:r>
        <w:t>reprezentată</w:t>
      </w:r>
      <w:proofErr w:type="spellEnd"/>
      <w:r>
        <w:t xml:space="preserve"> legal prin </w:t>
      </w:r>
      <w:proofErr w:type="gramStart"/>
      <w:r>
        <w:t>dl./</w:t>
      </w:r>
      <w:proofErr w:type="gramEnd"/>
      <w:r>
        <w:t xml:space="preserve">dna. ............................................................., </w:t>
      </w:r>
      <w:proofErr w:type="spellStart"/>
      <w:r>
        <w:t>în</w:t>
      </w:r>
      <w:proofErr w:type="spellEnd"/>
      <w:r>
        <w:t xml:space="preserve"> </w:t>
      </w:r>
      <w:proofErr w:type="spellStart"/>
      <w:r>
        <w:t>calitate</w:t>
      </w:r>
      <w:proofErr w:type="spellEnd"/>
      <w:r>
        <w:t xml:space="preserve"> de ...............................................................</w:t>
      </w:r>
    </w:p>
    <w:p w14:paraId="1951B8C3" w14:textId="77777777" w:rsidR="005E6DA6" w:rsidRPr="00CE29B3" w:rsidRDefault="00000000">
      <w:pPr>
        <w:spacing w:before="240" w:after="120"/>
        <w:rPr>
          <w:lang w:val="it-IT"/>
        </w:rPr>
      </w:pPr>
      <w:r w:rsidRPr="00CE29B3">
        <w:rPr>
          <w:lang w:val="it-IT"/>
        </w:rPr>
        <w:t>2. Obiectul solicitării (bifați opțiunile aplicabile):</w:t>
      </w:r>
    </w:p>
    <w:p w14:paraId="6F29C36A" w14:textId="306CBBF2" w:rsidR="005E6DA6" w:rsidRPr="00CE29B3" w:rsidRDefault="00000000" w:rsidP="00CE29B3">
      <w:pPr>
        <w:spacing w:after="80"/>
        <w:jc w:val="both"/>
        <w:rPr>
          <w:lang w:val="it-IT"/>
        </w:rPr>
      </w:pPr>
      <w:r w:rsidRPr="00CE29B3">
        <w:rPr>
          <w:lang w:val="it-IT"/>
        </w:rPr>
        <w:t xml:space="preserve">[  ] </w:t>
      </w:r>
      <w:r w:rsidR="00CE29B3">
        <w:rPr>
          <w:lang w:val="it-IT"/>
        </w:rPr>
        <w:t xml:space="preserve">  </w:t>
      </w:r>
      <w:r w:rsidRPr="00CE29B3">
        <w:rPr>
          <w:lang w:val="it-IT"/>
        </w:rPr>
        <w:t>Aprobare acces auto și pietonal la parcelă / parcele nou create / dezmembrate.</w:t>
      </w:r>
    </w:p>
    <w:p w14:paraId="303AAAA7" w14:textId="288406F6" w:rsidR="005E6DA6" w:rsidRPr="00CE29B3" w:rsidRDefault="00000000" w:rsidP="00CE29B3">
      <w:pPr>
        <w:spacing w:after="80"/>
        <w:jc w:val="both"/>
        <w:rPr>
          <w:lang w:val="it-IT"/>
        </w:rPr>
      </w:pPr>
      <w:r w:rsidRPr="00CE29B3">
        <w:rPr>
          <w:lang w:val="it-IT"/>
        </w:rPr>
        <w:t xml:space="preserve">[ ] </w:t>
      </w:r>
      <w:r w:rsidRPr="00500D7E">
        <w:rPr>
          <w:color w:val="auto"/>
          <w:lang w:val="it-IT"/>
        </w:rPr>
        <w:t>Extindere</w:t>
      </w:r>
      <w:r w:rsidRPr="00CE29B3">
        <w:rPr>
          <w:lang w:val="it-IT"/>
        </w:rPr>
        <w:t xml:space="preserve"> rețea edilitară pe domeniul public (Apă / Canalizare / Gaz / Energie Electrică / Telecomunicații)</w:t>
      </w:r>
    </w:p>
    <w:p w14:paraId="55B186EF" w14:textId="6C0BDAB7" w:rsidR="005E6DA6" w:rsidRPr="00CE29B3" w:rsidRDefault="00000000" w:rsidP="00CE29B3">
      <w:pPr>
        <w:spacing w:after="240"/>
        <w:jc w:val="both"/>
        <w:rPr>
          <w:lang w:val="it-IT"/>
        </w:rPr>
      </w:pPr>
      <w:r w:rsidRPr="00CE29B3">
        <w:rPr>
          <w:lang w:val="it-IT"/>
        </w:rPr>
        <w:t>[ ] Branșament / Racord la rețelele existente (Apă / Canalizare / Gaz / Energie Electrică / Telecomunicații)</w:t>
      </w:r>
    </w:p>
    <w:p w14:paraId="1692567E" w14:textId="77777777" w:rsidR="005E6DA6" w:rsidRPr="00CE29B3" w:rsidRDefault="00000000">
      <w:pPr>
        <w:spacing w:before="240" w:after="120"/>
        <w:rPr>
          <w:lang w:val="it-IT"/>
        </w:rPr>
      </w:pPr>
      <w:r w:rsidRPr="00CE29B3">
        <w:rPr>
          <w:lang w:val="it-IT"/>
        </w:rPr>
        <w:t>3. Datele amplasamentului și imobilului:</w:t>
      </w:r>
    </w:p>
    <w:p w14:paraId="070CE72F" w14:textId="77777777" w:rsidR="005E6DA6" w:rsidRPr="00CE29B3" w:rsidRDefault="00000000">
      <w:pPr>
        <w:spacing w:after="80"/>
        <w:rPr>
          <w:lang w:val="it-IT"/>
        </w:rPr>
      </w:pPr>
      <w:r w:rsidRPr="00CE29B3">
        <w:rPr>
          <w:b/>
          <w:lang w:val="it-IT"/>
        </w:rPr>
        <w:t xml:space="preserve">• Adresa imobilului: </w:t>
      </w:r>
      <w:r w:rsidRPr="00CE29B3">
        <w:rPr>
          <w:lang w:val="it-IT"/>
        </w:rPr>
        <w:t>localitatea Hunedoara, str. ....................................................................................., nr. ..........</w:t>
      </w:r>
    </w:p>
    <w:p w14:paraId="150DAD86" w14:textId="77777777" w:rsidR="005E6DA6" w:rsidRPr="00CE29B3" w:rsidRDefault="00000000">
      <w:pPr>
        <w:spacing w:after="80"/>
        <w:rPr>
          <w:lang w:val="it-IT"/>
        </w:rPr>
      </w:pPr>
      <w:r w:rsidRPr="00CE29B3">
        <w:rPr>
          <w:b/>
          <w:lang w:val="it-IT"/>
        </w:rPr>
        <w:t xml:space="preserve">• Identificat prin: </w:t>
      </w:r>
      <w:r w:rsidRPr="00CE29B3">
        <w:rPr>
          <w:lang w:val="it-IT"/>
        </w:rPr>
        <w:t>Carte Funciară nr. ......................... / Număr Cadastral .........................</w:t>
      </w:r>
    </w:p>
    <w:p w14:paraId="48C6B10A" w14:textId="77777777" w:rsidR="005E6DA6" w:rsidRPr="00CE29B3" w:rsidRDefault="00000000">
      <w:pPr>
        <w:spacing w:after="240"/>
        <w:rPr>
          <w:lang w:val="it-IT"/>
        </w:rPr>
      </w:pPr>
      <w:r w:rsidRPr="00CE29B3">
        <w:rPr>
          <w:b/>
          <w:lang w:val="it-IT"/>
        </w:rPr>
        <w:t xml:space="preserve">• Solicitat în baza: </w:t>
      </w:r>
      <w:r w:rsidRPr="00CE29B3">
        <w:rPr>
          <w:lang w:val="it-IT"/>
        </w:rPr>
        <w:t>Certificatului de Urbanism nr. ......................... din data de ......................... emis de Primarul Municipiului Hunedoara în conformitate cu prevederile Legii nr. 169/2026 (Codul amenajării teritoriului, urbanismului și construcțiilor - CATUC) sau în baza Avizului Tehnic de Racordare (ATR) nr. ......................... emis de operatorul de rețea ...............................................................</w:t>
      </w:r>
    </w:p>
    <w:p w14:paraId="0982B1CA" w14:textId="77777777" w:rsidR="005E6DA6" w:rsidRPr="00CE29B3" w:rsidRDefault="00000000" w:rsidP="00CE29B3">
      <w:pPr>
        <w:spacing w:before="240" w:after="120"/>
        <w:jc w:val="both"/>
        <w:rPr>
          <w:lang w:val="it-IT"/>
        </w:rPr>
      </w:pPr>
      <w:r w:rsidRPr="00CE29B3">
        <w:rPr>
          <w:lang w:val="it-IT"/>
        </w:rPr>
        <w:t>4. Specificații tehnice ale accesului și rețelelor propuse:</w:t>
      </w:r>
    </w:p>
    <w:p w14:paraId="75EB4E19" w14:textId="77777777" w:rsidR="005E6DA6" w:rsidRPr="00CE29B3" w:rsidRDefault="00000000" w:rsidP="00CE29B3">
      <w:pPr>
        <w:spacing w:after="80"/>
        <w:jc w:val="both"/>
        <w:rPr>
          <w:lang w:val="it-IT"/>
        </w:rPr>
      </w:pPr>
      <w:r w:rsidRPr="00CE29B3">
        <w:rPr>
          <w:b/>
          <w:lang w:val="it-IT"/>
        </w:rPr>
        <w:lastRenderedPageBreak/>
        <w:t xml:space="preserve">• Accesul la drumul public: </w:t>
      </w:r>
      <w:r w:rsidRPr="00CE29B3">
        <w:rPr>
          <w:lang w:val="it-IT"/>
        </w:rPr>
        <w:t>Se propune amenajarea unui acces auto cu lățimea de ............. metri din drumul / strada .....................................................................................</w:t>
      </w:r>
    </w:p>
    <w:p w14:paraId="5F200C5E" w14:textId="77777777" w:rsidR="005E6DA6" w:rsidRPr="00CE29B3" w:rsidRDefault="00000000" w:rsidP="00CE29B3">
      <w:pPr>
        <w:spacing w:after="80"/>
        <w:jc w:val="both"/>
        <w:rPr>
          <w:lang w:val="it-IT"/>
        </w:rPr>
      </w:pPr>
      <w:r w:rsidRPr="00CE29B3">
        <w:rPr>
          <w:b/>
          <w:lang w:val="it-IT"/>
        </w:rPr>
        <w:t xml:space="preserve">• Traseul rețelelor / extinderii: </w:t>
      </w:r>
      <w:r w:rsidRPr="00CE29B3">
        <w:rPr>
          <w:lang w:val="it-IT"/>
        </w:rPr>
        <w:t>Lungimea traseului pe domeniul public este de ............. metri liniari / ............. mp.</w:t>
      </w:r>
    </w:p>
    <w:p w14:paraId="6B875294" w14:textId="77777777" w:rsidR="005E6DA6" w:rsidRPr="00CE29B3" w:rsidRDefault="00000000">
      <w:pPr>
        <w:spacing w:after="80"/>
        <w:rPr>
          <w:lang w:val="it-IT"/>
        </w:rPr>
      </w:pPr>
      <w:r w:rsidRPr="00CE29B3">
        <w:rPr>
          <w:b/>
          <w:lang w:val="it-IT"/>
        </w:rPr>
        <w:t>• Modul de realizare prevăzut:</w:t>
      </w:r>
    </w:p>
    <w:p w14:paraId="4177EF34" w14:textId="77777777" w:rsidR="005E6DA6" w:rsidRPr="00CE29B3" w:rsidRDefault="00000000">
      <w:pPr>
        <w:spacing w:after="80"/>
        <w:rPr>
          <w:lang w:val="it-IT"/>
        </w:rPr>
      </w:pPr>
      <w:r w:rsidRPr="00CE29B3">
        <w:rPr>
          <w:lang w:val="it-IT"/>
        </w:rPr>
        <w:t>[  ] Prin traversare / săpătură în carosabil / trotuar</w:t>
      </w:r>
    </w:p>
    <w:p w14:paraId="3120660C" w14:textId="77777777" w:rsidR="005E6DA6" w:rsidRPr="00CE29B3" w:rsidRDefault="00000000">
      <w:pPr>
        <w:spacing w:after="80"/>
        <w:rPr>
          <w:lang w:val="it-IT"/>
        </w:rPr>
      </w:pPr>
      <w:r w:rsidRPr="00CE29B3">
        <w:rPr>
          <w:lang w:val="it-IT"/>
        </w:rPr>
        <w:t>[  ] Prin foraj orizontal dirijat (fără spargerea îmbrăcăminții rutiere)</w:t>
      </w:r>
    </w:p>
    <w:p w14:paraId="42F7B120" w14:textId="77777777" w:rsidR="005E6DA6" w:rsidRPr="00CE29B3" w:rsidRDefault="00000000">
      <w:pPr>
        <w:spacing w:after="240"/>
        <w:rPr>
          <w:lang w:val="it-IT"/>
        </w:rPr>
      </w:pPr>
      <w:r w:rsidRPr="00CE29B3">
        <w:rPr>
          <w:lang w:val="it-IT"/>
        </w:rPr>
        <w:t>[  ] Amplasare rețea / stâlpi în amprenta / acostamentul drumului public</w:t>
      </w:r>
    </w:p>
    <w:p w14:paraId="3352FF81" w14:textId="77777777" w:rsidR="005E6DA6" w:rsidRPr="00CE29B3" w:rsidRDefault="00000000">
      <w:pPr>
        <w:spacing w:before="240" w:after="120"/>
        <w:rPr>
          <w:lang w:val="it-IT"/>
        </w:rPr>
      </w:pPr>
      <w:r w:rsidRPr="00CE29B3">
        <w:rPr>
          <w:lang w:val="it-IT"/>
        </w:rPr>
        <w:t>5. Documente atașate cererii:</w:t>
      </w:r>
    </w:p>
    <w:p w14:paraId="1220BA67" w14:textId="57567583" w:rsidR="005E6DA6" w:rsidRPr="00CE29B3" w:rsidRDefault="00000000" w:rsidP="00CE29B3">
      <w:pPr>
        <w:spacing w:after="80"/>
        <w:jc w:val="both"/>
        <w:rPr>
          <w:lang w:val="it-IT"/>
        </w:rPr>
      </w:pPr>
      <w:r w:rsidRPr="00CE29B3">
        <w:rPr>
          <w:lang w:val="it-IT"/>
        </w:rPr>
        <w:t>[ ] Actul de identitate (persoană fizică) / Certificatul de Înregistrare la Oficiul Registrului Comerțului (persoană juridică).</w:t>
      </w:r>
    </w:p>
    <w:p w14:paraId="0C9BC049" w14:textId="77777777" w:rsidR="005E6DA6" w:rsidRPr="00CE29B3" w:rsidRDefault="00000000" w:rsidP="00CE29B3">
      <w:pPr>
        <w:spacing w:after="80"/>
        <w:jc w:val="both"/>
        <w:rPr>
          <w:lang w:val="pt-PT"/>
        </w:rPr>
      </w:pPr>
      <w:r w:rsidRPr="00CE29B3">
        <w:rPr>
          <w:lang w:val="pt-PT"/>
        </w:rPr>
        <w:t>[  ] Certificatul de Urbanism (emis în baza Legii nr. 169/2026 - CATUC) / Avizul Tehnic de Racordare.</w:t>
      </w:r>
    </w:p>
    <w:p w14:paraId="4E2C7335" w14:textId="2AE71754" w:rsidR="005E6DA6" w:rsidRPr="00CE29B3" w:rsidRDefault="00000000" w:rsidP="00CE29B3">
      <w:pPr>
        <w:spacing w:after="80"/>
        <w:jc w:val="both"/>
        <w:rPr>
          <w:lang w:val="pt-PT"/>
        </w:rPr>
      </w:pPr>
      <w:r w:rsidRPr="00CE29B3">
        <w:rPr>
          <w:lang w:val="pt-PT"/>
        </w:rPr>
        <w:t>[ ] Extrasul de Carte Funciară actualizat pentru imobilul/parcelele vizate (emis cu maximum 30 de zile înainte de depunere).</w:t>
      </w:r>
    </w:p>
    <w:p w14:paraId="1A4C850F" w14:textId="7E76CB34" w:rsidR="005E6DA6" w:rsidRPr="00CE29B3" w:rsidRDefault="00000000" w:rsidP="00CE29B3">
      <w:pPr>
        <w:spacing w:after="40"/>
        <w:jc w:val="both"/>
        <w:rPr>
          <w:lang w:val="pt-PT"/>
        </w:rPr>
      </w:pPr>
      <w:r w:rsidRPr="00CE29B3">
        <w:rPr>
          <w:lang w:val="pt-PT"/>
        </w:rPr>
        <w:t>[ ] Planul de încadrare în zonă și Planul de situație propus (întocmit și vizat de un specialist autorizat topograf/arhitect), cu figurarea exactă a:</w:t>
      </w:r>
    </w:p>
    <w:p w14:paraId="04994AE6" w14:textId="77777777" w:rsidR="005E6DA6" w:rsidRPr="00CE29B3" w:rsidRDefault="00000000">
      <w:pPr>
        <w:spacing w:after="40"/>
        <w:rPr>
          <w:lang w:val="it-IT"/>
        </w:rPr>
      </w:pPr>
      <w:r w:rsidRPr="00CE29B3">
        <w:rPr>
          <w:lang w:val="pt-PT"/>
        </w:rPr>
        <w:t xml:space="preserve">     </w:t>
      </w:r>
      <w:r w:rsidRPr="00CE29B3">
        <w:rPr>
          <w:lang w:val="it-IT"/>
        </w:rPr>
        <w:t>- Accesului auto și pietonal la drumul public (profile transversale și cotare lățime);</w:t>
      </w:r>
    </w:p>
    <w:p w14:paraId="07DB00BF" w14:textId="77777777" w:rsidR="005E6DA6" w:rsidRPr="00CE29B3" w:rsidRDefault="00000000">
      <w:pPr>
        <w:spacing w:after="80"/>
        <w:rPr>
          <w:lang w:val="pt-PT"/>
        </w:rPr>
      </w:pPr>
      <w:r w:rsidRPr="00CE29B3">
        <w:rPr>
          <w:lang w:val="it-IT"/>
        </w:rPr>
        <w:t xml:space="preserve">     </w:t>
      </w:r>
      <w:r w:rsidRPr="00CE29B3">
        <w:rPr>
          <w:lang w:val="pt-PT"/>
        </w:rPr>
        <w:t>- Traseului propus pentru branșamente sau extinderea de rețea.</w:t>
      </w:r>
    </w:p>
    <w:p w14:paraId="77B852C9" w14:textId="77777777" w:rsidR="005E6DA6" w:rsidRPr="00CE29B3" w:rsidRDefault="00000000">
      <w:pPr>
        <w:spacing w:after="80"/>
        <w:rPr>
          <w:lang w:val="pt-PT"/>
        </w:rPr>
      </w:pPr>
      <w:r w:rsidRPr="00CE29B3">
        <w:rPr>
          <w:lang w:val="pt-PT"/>
        </w:rPr>
        <w:t>[  ] Memoriul tehnic de specialitate.</w:t>
      </w:r>
    </w:p>
    <w:p w14:paraId="754CDA15" w14:textId="77777777" w:rsidR="005E6DA6" w:rsidRPr="00CE29B3" w:rsidRDefault="00000000">
      <w:pPr>
        <w:spacing w:after="240"/>
        <w:rPr>
          <w:lang w:val="pt-PT"/>
        </w:rPr>
      </w:pPr>
      <w:r w:rsidRPr="00CE29B3">
        <w:rPr>
          <w:lang w:val="pt-PT"/>
        </w:rPr>
        <w:t>[  ] Dovada achitării taxei de analiză și eliberare aviz.</w:t>
      </w:r>
    </w:p>
    <w:p w14:paraId="20575B94" w14:textId="77777777" w:rsidR="005E6DA6" w:rsidRPr="00CE29B3" w:rsidRDefault="00000000">
      <w:pPr>
        <w:spacing w:before="240" w:after="120"/>
        <w:rPr>
          <w:lang w:val="pt-PT"/>
        </w:rPr>
      </w:pPr>
      <w:r w:rsidRPr="00CE29B3">
        <w:rPr>
          <w:lang w:val="pt-PT"/>
        </w:rPr>
        <w:t>6. Angajament și asumarea răspunderii juridice:</w:t>
      </w:r>
    </w:p>
    <w:p w14:paraId="526111A9" w14:textId="5505082C" w:rsidR="005E6DA6" w:rsidRPr="00CE29B3" w:rsidRDefault="00000000" w:rsidP="00CE29B3">
      <w:pPr>
        <w:spacing w:after="0" w:line="240" w:lineRule="auto"/>
        <w:jc w:val="both"/>
        <w:rPr>
          <w:lang w:val="pt-PT"/>
        </w:rPr>
      </w:pPr>
      <w:r w:rsidRPr="00CE29B3">
        <w:rPr>
          <w:lang w:val="pt-PT"/>
        </w:rPr>
        <w:t>Prin prezenta, solicitantul își asumă răspunderea deplină cu privire la exactitatea datelor tehnice furnizate și se obligă ca toate lucrările de execuție, racordare sau reamenajare să respecte cu strictețe prescripțiile tehnice indicate în avizul eliberat, reglementările O.G. nr. 43/1997 privind regimul drumurilor</w:t>
      </w:r>
      <w:r w:rsidR="007A135B">
        <w:rPr>
          <w:lang w:val="pt-PT"/>
        </w:rPr>
        <w:t>,</w:t>
      </w:r>
      <w:r w:rsidRPr="00CE29B3">
        <w:rPr>
          <w:lang w:val="pt-PT"/>
        </w:rPr>
        <w:t xml:space="preserve"> </w:t>
      </w:r>
      <w:r w:rsidR="007A135B">
        <w:rPr>
          <w:lang w:val="pt-PT"/>
        </w:rPr>
        <w:t>republicată, cu modificările și completările ulterioare</w:t>
      </w:r>
      <w:r w:rsidR="007A135B">
        <w:rPr>
          <w:lang w:val="pt-PT"/>
        </w:rPr>
        <w:t xml:space="preserve"> </w:t>
      </w:r>
      <w:r w:rsidRPr="00CE29B3">
        <w:rPr>
          <w:lang w:val="pt-PT"/>
        </w:rPr>
        <w:t>ș</w:t>
      </w:r>
      <w:r w:rsidRPr="00CE29B3">
        <w:rPr>
          <w:lang w:val="pt-PT"/>
        </w:rPr>
        <w:t>i normele Legii nr. 169/2026 (CATUC).</w:t>
      </w:r>
    </w:p>
    <w:p w14:paraId="4448208A" w14:textId="77777777" w:rsidR="007A135B" w:rsidRDefault="007A135B" w:rsidP="00CE29B3">
      <w:pPr>
        <w:spacing w:after="0" w:line="240" w:lineRule="auto"/>
        <w:rPr>
          <w:b/>
          <w:lang w:val="pt-PT"/>
        </w:rPr>
      </w:pPr>
    </w:p>
    <w:p w14:paraId="04399CF3" w14:textId="3D175C99" w:rsidR="00CE29B3" w:rsidRPr="00CE29B3" w:rsidRDefault="00000000" w:rsidP="00CE29B3">
      <w:pPr>
        <w:spacing w:after="0" w:line="240" w:lineRule="auto"/>
        <w:rPr>
          <w:lang w:val="pt-PT"/>
        </w:rPr>
      </w:pPr>
      <w:r w:rsidRPr="00CE29B3">
        <w:rPr>
          <w:b/>
          <w:lang w:val="pt-PT"/>
        </w:rPr>
        <w:t>Data: .....................................</w:t>
      </w:r>
      <w:r w:rsidRPr="00CE29B3">
        <w:rPr>
          <w:b/>
          <w:lang w:val="pt-PT"/>
        </w:rPr>
        <w:br/>
      </w:r>
      <w:r w:rsidRPr="00CE29B3">
        <w:rPr>
          <w:b/>
          <w:lang w:val="pt-PT"/>
        </w:rPr>
        <w:br/>
      </w:r>
      <w:r w:rsidR="00CE29B3" w:rsidRPr="00CE29B3">
        <w:rPr>
          <w:b/>
          <w:lang w:val="pt-PT"/>
        </w:rPr>
        <w:t>Numele și prenumele / semnătura solicitantului</w:t>
      </w:r>
      <w:r w:rsidR="00CE29B3" w:rsidRPr="00CE29B3">
        <w:rPr>
          <w:b/>
          <w:lang w:val="pt-PT"/>
        </w:rPr>
        <w:br/>
      </w:r>
      <w:r w:rsidR="00CE29B3" w:rsidRPr="00CE29B3">
        <w:rPr>
          <w:lang w:val="pt-PT"/>
        </w:rPr>
        <w:t>(sau a reprezentantului legal al societății)</w:t>
      </w:r>
      <w:r w:rsidR="00CE29B3" w:rsidRPr="00CE29B3">
        <w:rPr>
          <w:lang w:val="pt-PT"/>
        </w:rPr>
        <w:br/>
        <w:t>..............................................................................</w:t>
      </w:r>
    </w:p>
    <w:p w14:paraId="04D7ACA4" w14:textId="77777777" w:rsidR="00500D7E" w:rsidRDefault="00500D7E" w:rsidP="00CE29B3">
      <w:pPr>
        <w:spacing w:after="0" w:line="240" w:lineRule="auto"/>
        <w:ind w:left="102"/>
        <w:rPr>
          <w:rFonts w:eastAsia="Times New Roman" w:cs="Arial"/>
          <w:b/>
          <w:color w:val="auto"/>
          <w:spacing w:val="2"/>
          <w:sz w:val="18"/>
          <w:szCs w:val="18"/>
          <w:lang w:val="pt-PT"/>
        </w:rPr>
      </w:pPr>
    </w:p>
    <w:p w14:paraId="5B282540" w14:textId="77777777" w:rsidR="00500D7E" w:rsidRDefault="00500D7E" w:rsidP="00CE29B3">
      <w:pPr>
        <w:spacing w:after="0" w:line="240" w:lineRule="auto"/>
        <w:ind w:left="102"/>
        <w:rPr>
          <w:rFonts w:eastAsia="Times New Roman" w:cs="Arial"/>
          <w:b/>
          <w:color w:val="auto"/>
          <w:spacing w:val="2"/>
          <w:sz w:val="18"/>
          <w:szCs w:val="18"/>
          <w:lang w:val="pt-PT"/>
        </w:rPr>
      </w:pPr>
    </w:p>
    <w:p w14:paraId="2697C27E" w14:textId="77777777" w:rsidR="00500D7E" w:rsidRDefault="00500D7E" w:rsidP="00CE29B3">
      <w:pPr>
        <w:spacing w:after="0" w:line="240" w:lineRule="auto"/>
        <w:ind w:left="102"/>
        <w:rPr>
          <w:rFonts w:eastAsia="Times New Roman" w:cs="Arial"/>
          <w:b/>
          <w:color w:val="auto"/>
          <w:spacing w:val="2"/>
          <w:sz w:val="18"/>
          <w:szCs w:val="18"/>
          <w:lang w:val="pt-PT"/>
        </w:rPr>
      </w:pPr>
    </w:p>
    <w:p w14:paraId="142751AE" w14:textId="77777777" w:rsidR="00500D7E" w:rsidRDefault="00500D7E" w:rsidP="00CE29B3">
      <w:pPr>
        <w:spacing w:after="0" w:line="240" w:lineRule="auto"/>
        <w:ind w:left="102"/>
        <w:rPr>
          <w:rFonts w:eastAsia="Times New Roman" w:cs="Arial"/>
          <w:b/>
          <w:color w:val="auto"/>
          <w:spacing w:val="2"/>
          <w:sz w:val="18"/>
          <w:szCs w:val="18"/>
          <w:lang w:val="pt-PT"/>
        </w:rPr>
      </w:pPr>
    </w:p>
    <w:p w14:paraId="7FEBF01E" w14:textId="17F103B1" w:rsidR="00CE29B3" w:rsidRPr="00CE29B3" w:rsidRDefault="00CE29B3" w:rsidP="00CE29B3">
      <w:pPr>
        <w:spacing w:after="0" w:line="240" w:lineRule="auto"/>
        <w:ind w:left="102"/>
        <w:rPr>
          <w:rFonts w:eastAsia="Times New Roman" w:cs="Arial"/>
          <w:b/>
          <w:color w:val="auto"/>
          <w:spacing w:val="2"/>
          <w:sz w:val="18"/>
          <w:szCs w:val="18"/>
          <w:lang w:val="pt-PT"/>
        </w:rPr>
      </w:pPr>
      <w:r w:rsidRPr="00CE29B3">
        <w:rPr>
          <w:rFonts w:eastAsia="Times New Roman" w:cs="Arial"/>
          <w:b/>
          <w:color w:val="auto"/>
          <w:spacing w:val="2"/>
          <w:sz w:val="18"/>
          <w:szCs w:val="18"/>
          <w:lang w:val="pt-PT"/>
        </w:rPr>
        <w:t>Timp estimativ de completare: 10 minute</w:t>
      </w:r>
    </w:p>
    <w:p w14:paraId="70EF5283" w14:textId="2159B529" w:rsidR="005E6DA6" w:rsidRPr="00CE29B3" w:rsidRDefault="00CE29B3" w:rsidP="00CE29B3">
      <w:pPr>
        <w:spacing w:after="0" w:line="240" w:lineRule="auto"/>
        <w:ind w:left="102"/>
        <w:jc w:val="both"/>
        <w:rPr>
          <w:lang w:val="pt-PT"/>
        </w:rPr>
      </w:pPr>
      <w:r w:rsidRPr="00CE29B3">
        <w:rPr>
          <w:rFonts w:eastAsia="Times New Roman" w:cs="Arial"/>
          <w:bCs/>
          <w:color w:val="auto"/>
          <w:spacing w:val="2"/>
          <w:sz w:val="18"/>
          <w:szCs w:val="18"/>
          <w:lang w:val="pt-PT"/>
        </w:rPr>
        <w:t xml:space="preserve">Sunt de acord ca Municipiul Hunedoara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sus sunt voluntare. Acest consimțământ poate fi revocat în orice moment, printr-o notificare către spclep.hunedoara@yahoo.com,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 </w:t>
      </w:r>
    </w:p>
    <w:sectPr w:rsidR="005E6DA6" w:rsidRPr="00CE29B3" w:rsidSect="007D6B8D">
      <w:pgSz w:w="12240" w:h="15840"/>
      <w:pgMar w:top="851"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110246681">
    <w:abstractNumId w:val="8"/>
  </w:num>
  <w:num w:numId="2" w16cid:durableId="1563055934">
    <w:abstractNumId w:val="6"/>
  </w:num>
  <w:num w:numId="3" w16cid:durableId="1402946510">
    <w:abstractNumId w:val="5"/>
  </w:num>
  <w:num w:numId="4" w16cid:durableId="1416510909">
    <w:abstractNumId w:val="4"/>
  </w:num>
  <w:num w:numId="5" w16cid:durableId="1809737250">
    <w:abstractNumId w:val="7"/>
  </w:num>
  <w:num w:numId="6" w16cid:durableId="150953218">
    <w:abstractNumId w:val="3"/>
  </w:num>
  <w:num w:numId="7" w16cid:durableId="102313504">
    <w:abstractNumId w:val="2"/>
  </w:num>
  <w:num w:numId="8" w16cid:durableId="604579263">
    <w:abstractNumId w:val="1"/>
  </w:num>
  <w:num w:numId="9" w16cid:durableId="2136482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3DA"/>
    <w:rsid w:val="00034616"/>
    <w:rsid w:val="0006063C"/>
    <w:rsid w:val="000B5306"/>
    <w:rsid w:val="0015074B"/>
    <w:rsid w:val="0029639D"/>
    <w:rsid w:val="00326F90"/>
    <w:rsid w:val="00500D7E"/>
    <w:rsid w:val="005317F9"/>
    <w:rsid w:val="005E6DA6"/>
    <w:rsid w:val="0065172C"/>
    <w:rsid w:val="006E0714"/>
    <w:rsid w:val="007A135B"/>
    <w:rsid w:val="007D6B8D"/>
    <w:rsid w:val="00831CEF"/>
    <w:rsid w:val="00AA1D8D"/>
    <w:rsid w:val="00B0644D"/>
    <w:rsid w:val="00B47730"/>
    <w:rsid w:val="00CB0664"/>
    <w:rsid w:val="00CE29B3"/>
    <w:rsid w:val="00E56D8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F71F90"/>
  <w14:defaultImageDpi w14:val="300"/>
  <w15:docId w15:val="{F4E1ED29-35E2-4AE5-B040-3BFEB1BFB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924</Words>
  <Characters>5268</Characters>
  <Application>Microsoft Office Word</Application>
  <DocSecurity>0</DocSecurity>
  <Lines>43</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6180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Cic-Vali</cp:lastModifiedBy>
  <cp:revision>8</cp:revision>
  <dcterms:created xsi:type="dcterms:W3CDTF">2013-12-23T23:15:00Z</dcterms:created>
  <dcterms:modified xsi:type="dcterms:W3CDTF">2026-09-30T08:51:00Z</dcterms:modified>
  <cp:category/>
</cp:coreProperties>
</file>